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Иван Владимирович Косарев</w:t>
      </w:r>
    </w:p>
    <w:p>
      <w:pPr>
        <w:pStyle w:val="Subtitle"/>
      </w:pPr>
      <w:r>
        <w:t>Инженер проектировщик по пожарной безопасности</w:t>
      </w:r>
    </w:p>
    <w:p>
      <w:r>
        <w:t>Резюме для проектной работы</w:t>
      </w:r>
    </w:p>
    <w:p>
      <w:r>
        <w:t>Москва  |  +7 (922) 829-44-75  |  exporove25@gmail.com</w:t>
      </w:r>
    </w:p>
    <w:p>
      <w:r>
        <w:t>Проектная работа и разовые задания • Удалённо • Редкие командировки • Самозанятость</w:t>
      </w:r>
    </w:p>
    <w:p>
      <w:pPr>
        <w:pStyle w:val="Heading1"/>
      </w:pPr>
      <w:r>
        <w:t>Профессиональный профиль</w:t>
      </w:r>
    </w:p>
    <w:p>
      <w:r>
        <w:t>Более 20 лет в пожарной безопасности: проектирование, научные исследования, эксплуатация нефтегазовых объектов и государственный пожарный надзор. Разрабатываю МОПБ и СТУ, выполняю расчётные обоснования, проверяю проектные решения и сопровождаю их согласование. Имею опыт работы главным инженером проекта и научным сотрудником ВНИИПО МЧС России.</w:t>
      </w:r>
    </w:p>
    <w:p>
      <w:pPr>
        <w:pStyle w:val="Heading1"/>
      </w:pPr>
      <w:r>
        <w:t>Задачи для проектного сотрудничества</w:t>
      </w:r>
    </w:p>
    <w:p>
      <w:pPr>
        <w:pStyle w:val="ListBullet"/>
      </w:pPr>
      <w:r>
        <w:t>Разработка и доработка раздела «Мероприятия по обеспечению пожарной безопасности» для гражданских и промышленных объектов.</w:t>
      </w:r>
    </w:p>
    <w:p>
      <w:pPr>
        <w:pStyle w:val="ListBullet"/>
      </w:pPr>
      <w:r>
        <w:t>Расчётные обоснования: оценка пожарного риска, категорирование по взрывопожарной и пожарной опасности, теплотехнические расчёты.</w:t>
      </w:r>
    </w:p>
    <w:p>
      <w:pPr>
        <w:pStyle w:val="ListBullet"/>
      </w:pPr>
      <w:r>
        <w:t>Разработка СТУ; нормативно-техническая проверка проектной документации и подготовка ответов на замечания экспертизы.</w:t>
      </w:r>
    </w:p>
    <w:p>
      <w:pPr>
        <w:pStyle w:val="ListBullet"/>
      </w:pPr>
      <w:r>
        <w:t>Подготовка технических заданий, увязка решений со смежными разделами, сопровождение согласований с заказчиком и экспертизой.</w:t>
      </w:r>
    </w:p>
    <w:p>
      <w:pPr>
        <w:pStyle w:val="Heading1"/>
      </w:pPr>
      <w:r>
        <w:t>Опыт проектирования и технического сопровождения</w:t>
      </w:r>
    </w:p>
    <w:p>
      <w:pPr>
        <w:pStyle w:val="Heading2"/>
      </w:pPr>
      <w:r>
        <w:t>Эв Групп</w:t>
      </w:r>
    </w:p>
    <w:p>
      <w:pPr>
        <w:keepNext/>
      </w:pPr>
      <w:r>
        <w:t>02.2026 — настоящее время  |  Главный специалист отдела пожарной безопасности и пожаротушения</w:t>
      </w:r>
    </w:p>
    <w:p>
      <w:r>
        <w:t>Выпуск МОПБ, инженерные расчёты, проверка решений смежных отделов и сторонних организаций. Подготовка технических заданий, согласование решений с заказчиком и экспертизой, авторский надзор.</w:t>
      </w:r>
    </w:p>
    <w:p>
      <w:pPr>
        <w:pStyle w:val="Heading2"/>
      </w:pPr>
      <w:r>
        <w:t>ФГБУ ВНИИПО МЧС России</w:t>
      </w:r>
    </w:p>
    <w:p>
      <w:pPr>
        <w:keepNext/>
      </w:pPr>
      <w:r>
        <w:t>05.2023 — настоящее время  |  Научный сотрудник</w:t>
      </w:r>
    </w:p>
    <w:p>
      <w:r>
        <w:t>МОПБ и расчётные обоснования для гражданских и промышленных объектов. Разработка СТУ, в том числе для многофункциональных зданий федеральной территории «Сириус». Научно-техническое консультирование и оценка решений по пожарной безопасности.</w:t>
      </w:r>
    </w:p>
    <w:p>
      <w:pPr>
        <w:pStyle w:val="Heading2"/>
      </w:pPr>
      <w:r>
        <w:t>Наука Производство Безопасность и Спецпожаудитсервис</w:t>
      </w:r>
    </w:p>
    <w:p>
      <w:pPr>
        <w:keepNext/>
      </w:pPr>
      <w:r>
        <w:t>2009–2010 и 2014  |  Главный инженер проекта; главный инженер — заместитель директора</w:t>
      </w:r>
    </w:p>
    <w:p>
      <w:r>
        <w:t>Разработка МОПБ, СТУ и АУГПТ; аудит, оценка пожарного риска и экспертиза проектной документации. Руководство проектной группой и договорная работа.</w:t>
      </w:r>
    </w:p>
    <w:p>
      <w:r>
        <w:br w:type="page"/>
      </w:r>
    </w:p>
    <w:p>
      <w:pPr>
        <w:pStyle w:val="Heading1"/>
      </w:pPr>
      <w:r>
        <w:t>Исследования и разработка нормативных документов РФ</w:t>
      </w:r>
    </w:p>
    <w:p>
      <w:r>
        <w:t>ВНИИПО МЧС России • Научный сотрудник • С 2023 года</w:t>
      </w:r>
    </w:p>
    <w:p>
      <w:pPr>
        <w:pStyle w:val="ListBullet"/>
      </w:pPr>
      <w:r>
        <w:t>Разработал изменения к ГОСТ Р 59693 «Покрывала для изоляции очага горения. Общие технические требования. Методы испытаний».</w:t>
      </w:r>
    </w:p>
    <w:p>
      <w:pPr>
        <w:pStyle w:val="ListBullet"/>
      </w:pPr>
      <w:r>
        <w:t>Принимал участие в натурных огневых полигонных испытаниях, предшествовавших разработке СП 549.1311500.2026 «Многоквартирные жилые дома с применением конструкций из древесины и древесных материалов. Требования пожарной безопасности».</w:t>
      </w:r>
    </w:p>
    <w:p>
      <w:pPr>
        <w:pStyle w:val="ListBullet"/>
      </w:pPr>
      <w:r>
        <w:t>Принимал участие в исследованиях при разработке изменений к СП 326.1311500.2017 «Объекты малотоннажного производства и потребления сжиженного природного газа. Требования пожарной безопасности».</w:t>
      </w:r>
    </w:p>
    <w:p>
      <w:r>
        <w:t>Участвовал в исследованиях пожарной опасности аварий с СПГ и в сертификационных испытаниях комплекса инженерных систем противопожарной защиты технологической линии проекта «Арктик СПГ-2».</w:t>
      </w:r>
    </w:p>
    <w:p>
      <w:pPr>
        <w:pStyle w:val="Heading1"/>
      </w:pPr>
      <w:r>
        <w:t>Практический опыт на промышленных объектах</w:t>
      </w:r>
    </w:p>
    <w:p>
      <w:pPr>
        <w:pStyle w:val="ListBullet"/>
      </w:pPr>
      <w:r>
        <w:t>2022–2023 — «Газпром нефть шельф», платформа «Приразломная»: руководитель направления службы промышленной безопасности и охраны труда. Рассмотрение ПД и РД, подготовка ТЗ, эксплуатационные испытания противопожарных систем ОПО I класса опасности.</w:t>
      </w:r>
    </w:p>
    <w:p>
      <w:pPr>
        <w:pStyle w:val="ListBullet"/>
      </w:pPr>
      <w:r>
        <w:t>2014–2022 — «Газпром подземремонт Оренбург» и «Газпром подземремонт Уренгой»: промышленная и пожарная безопасность, производственный контроль, рассмотрение документации, участие в приёмке объектов.</w:t>
      </w:r>
    </w:p>
    <w:p>
      <w:pPr>
        <w:pStyle w:val="ListBullet"/>
      </w:pPr>
      <w:r>
        <w:t>2010–2013 — «Оренбурггазпожсервис»: нормативно-техническая работа на объектах «Газпром добыча Оренбург», проверка ТЗ и ПСД, проектирование МОПБ.</w:t>
      </w:r>
    </w:p>
    <w:p>
      <w:pPr>
        <w:pStyle w:val="ListBullet"/>
      </w:pPr>
      <w:r>
        <w:t>2005–2009 — ГУ МЧС России по Оренбургской области: инспектор, старший инспектор государственного пожарного надзора; проверки промышленных объектов и государственная экспертиза проектов.</w:t>
      </w:r>
    </w:p>
    <w:p>
      <w:pPr>
        <w:pStyle w:val="Heading1"/>
      </w:pPr>
      <w:r>
        <w:t>Образование и квалификация</w:t>
      </w:r>
    </w:p>
    <w:p>
      <w:r>
        <w:t>2005 — Академия ГПС МЧС России, специальность «Пожарная безопасность».</w:t>
        <w:br/>
        <w:t>2018 — КНИТУ, профессиональная переподготовка «Техносферная безопасность».</w:t>
        <w:br/>
        <w:t>2025 — Оренбургский государственный университет, «Технология продуктов органического и неорганического синтеза».</w:t>
      </w:r>
    </w:p>
    <w:p>
      <w:r>
        <w:t>2023 — квалификационные испытания МЧС России на право проектирования средств обеспечения пожарной безопасности зданий и сооружений, введённых в эксплуатацию.</w:t>
        <w:br/>
        <w:t>2020 — квалификационные испытания по независимой оценке пожарного риска.</w:t>
        <w:br/>
        <w:t>2024 — повышение квалификации по нормативно-технической работе в области пожарной безопасности, Санкт-Петербургский университет ГПС МЧС России.</w:t>
      </w:r>
    </w:p>
    <w:p>
      <w:pPr>
        <w:pStyle w:val="Heading1"/>
      </w:pPr>
      <w:r>
        <w:t>Инструменты и языки</w:t>
      </w:r>
    </w:p>
    <w:p>
      <w:r>
        <w:t>ИИ-инструменты для подготовки и проверки проектного текста: специализированные навыки, поиск по нормативной базе, выявление противоречий; обязательная инженерная проверка результатов. Русский — родной, английский — B1.</w:t>
      </w:r>
    </w:p>
    <w:sectPr w:rsidR="00FC693F" w:rsidRPr="0006063C" w:rsidSect="00034616">
      <w:footerReference w:type="default" r:id="rId9"/>
      <w:pgSz w:w="12240" w:h="15840"/>
      <w:pgMar w:top="893" w:right="1080" w:bottom="864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8"/>
      </w:rPr>
      <w:t xml:space="preserve">Иван Косарев  |  Резюме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0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0" w:lineRule="auto"/>
      <w:ind w:left="202" w:hanging="202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Иван Косарев — проектная работа по пожарной безопасности</dc:title>
  <dc:subject/>
  <dc:creator>Иван Владимирович Косарев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